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9072"/>
      </w:tblGrid>
      <w:tr>
        <w:trPr>
          <w:trHeight w:val="1080" w:hRule="atLeast"/>
        </w:trPr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58000" cy="62982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ailing-symbo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62982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07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tbl>
            <w:tblPr>
              <w:tblW w:type="dxa" w:w="8959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8959"/>
            </w:tblGrid>
            <w:tr>
              <w:trPr>
                <w:trHeight w:val="440" w:hRule="atLeast"/>
              </w:trPr>
              <w:tc>
                <w:tcPr>
                  <w:tcW w:type="dxa" w:w="8957"/>
                  <w:tcMar>
                    <w:top w:w="20" w:type="dxa"/>
                    <w:start w:w="45" w:type="dxa"/>
                    <w:bottom w:w="20" w:type="dxa"/>
                    <w:end w:w="45" w:type="dxa"/>
                  </w:tcMar>
                  <w:tcBorders>
                    <w:top w:val="single" w:sz="6" w:color="000000"/>
                    <w:left w:val="single" w:sz="6" w:color="000000"/>
                    <w:bottom w:val="single" w:sz="6" w:color="000000"/>
                    <w:right w:val="single" w:sz="6" w:color="000000"/>
                    <w:insideH w:val="single" w:sz="6" w:color="000000"/>
                    <w:insideV w:val="single" w:sz="6" w:color="000000"/>
                  </w:tcBorders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Times New Roman" w:hAnsi="Times New Roman"/>
                      <w:b w:val="0"/>
                      <w:i/>
                      <w:color w:val="071A2F"/>
                      <w:sz w:val="31"/>
                    </w:rPr>
                    <w:t>Sailing Is Learning</w:t>
                  </w:r>
                  <w:r>
                    <w:br/>
                  </w:r>
                  <w:r>
                    <w:rPr>
                      <w:rFonts w:ascii="Arial" w:hAnsi="Arial"/>
                      <w:b/>
                      <w:i w:val="0"/>
                      <w:color w:val="071A2F"/>
                      <w:sz w:val="9"/>
                    </w:rPr>
                    <w:t>BY PIOTR JURKOWSKI     LEARN - DISCOVER - SHARE</w:t>
                  </w:r>
                </w:p>
              </w:tc>
            </w:tr>
            <w:tr>
              <w:trPr>
                <w:trHeight w:val="540" w:hRule="atLeast"/>
              </w:trPr>
              <w:tc>
                <w:tcPr>
                  <w:tcW w:type="dxa" w:w="8957"/>
                  <w:tcMar>
                    <w:top w:w="20" w:type="dxa"/>
                    <w:start w:w="45" w:type="dxa"/>
                    <w:bottom w:w="20" w:type="dxa"/>
                    <w:end w:w="45" w:type="dxa"/>
                  </w:tcMar>
                  <w:tcBorders>
                    <w:top w:val="single" w:sz="6" w:color="000000"/>
                    <w:left w:val="single" w:sz="6" w:color="000000"/>
                    <w:bottom w:val="single" w:sz="6" w:color="000000"/>
                    <w:right w:val="single" w:sz="6" w:color="000000"/>
                    <w:insideH w:val="single" w:sz="6" w:color="000000"/>
                    <w:insideV w:val="single" w:sz="6" w:color="000000"/>
                  </w:tcBorders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000000"/>
                      <w:sz w:val="23"/>
                    </w:rPr>
                    <w:t>KARTA REJSU</w:t>
                  </w:r>
                  <w:r>
                    <w:br/>
                  </w:r>
                  <w:r>
                    <w:rPr>
                      <w:rFonts w:ascii="Arial" w:hAnsi="Arial"/>
                      <w:b/>
                      <w:i/>
                      <w:color w:val="000000"/>
                      <w:sz w:val="21"/>
                    </w:rPr>
                    <w:t>CAPTAIN'S CERTIFICATE OF PASSAGE</w:t>
                  </w:r>
                </w:p>
              </w:tc>
            </w:tr>
          </w:tbl>
          <w:p/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rPr>
          <w:trHeight w:val="24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000000"/>
                <w:sz w:val="15"/>
              </w:rPr>
              <w:t>INFORMACJE O KAPITANIE</w:t>
            </w:r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/ INFORMATION ABOUT CAPTAIN</w:t>
            </w:r>
          </w:p>
        </w:tc>
      </w:tr>
      <w:tr>
        <w:trPr>
          <w:trHeight w:val="360" w:hRule="atLeast"/>
        </w:trPr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imię i nazwisko: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name &amp; surname:</w:t>
            </w:r>
          </w:p>
        </w:tc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stopień żeglarski/motorowodny: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cert. of sailing/motor competency:</w:t>
            </w:r>
          </w:p>
        </w:tc>
        <w:tc>
          <w:tcPr>
            <w:tcW w:type="dxa" w:w="1700"/>
            <w:tcMar>
              <w:top w:w="20" w:type="dxa"/>
              <w:start w:w="45" w:type="dxa"/>
              <w:bottom w:w="20" w:type="dxa"/>
              <w:end w:w="45" w:type="dxa"/>
            </w:tcMar>
            <w:gridSpan w:val="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nr pat.: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cert. no.:</w:t>
            </w:r>
          </w:p>
        </w:tc>
      </w:tr>
      <w:tr>
        <w:trPr>
          <w:trHeight w:val="320" w:hRule="atLeast"/>
        </w:trPr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tel.: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phone:</w:t>
            </w:r>
          </w:p>
        </w:tc>
        <w:tc>
          <w:tcPr>
            <w:tcW w:type="dxa" w:w="5950"/>
            <w:tcMar>
              <w:top w:w="20" w:type="dxa"/>
              <w:start w:w="45" w:type="dxa"/>
              <w:bottom w:w="20" w:type="dxa"/>
              <w:end w:w="45" w:type="dxa"/>
            </w:tcMar>
            <w:gridSpan w:val="7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adres e-mail: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e-mail:</w:t>
            </w:r>
          </w:p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rPr>
          <w:trHeight w:val="24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000000"/>
                <w:sz w:val="15"/>
              </w:rPr>
              <w:t>INFORMACJE O JACHCIE ŻAGLOWYM</w:t>
            </w:r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/ INFORMATION ABOUT SAILING YACHT</w:t>
            </w:r>
          </w:p>
        </w:tc>
      </w:tr>
      <w:tr>
        <w:trPr>
          <w:trHeight w:val="360" w:hRule="atLeast"/>
        </w:trPr>
        <w:tc>
          <w:tcPr>
            <w:tcW w:type="dxa" w:w="2550"/>
            <w:tcMar>
              <w:top w:w="20" w:type="dxa"/>
              <w:start w:w="45" w:type="dxa"/>
              <w:bottom w:w="20" w:type="dxa"/>
              <w:end w:w="45" w:type="dxa"/>
            </w:tcMar>
            <w:gridSpan w:val="3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nr rej.: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reg. no.:</w:t>
            </w:r>
          </w:p>
        </w:tc>
        <w:tc>
          <w:tcPr>
            <w:tcW w:type="dxa" w:w="3400"/>
            <w:tcMar>
              <w:top w:w="20" w:type="dxa"/>
              <w:start w:w="45" w:type="dxa"/>
              <w:bottom w:w="20" w:type="dxa"/>
              <w:end w:w="45" w:type="dxa"/>
            </w:tcMar>
            <w:gridSpan w:val="4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nazwa: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name:</w:t>
            </w:r>
          </w:p>
        </w:tc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typ konstrukcyjny jachtu: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type of the yacht design:</w:t>
            </w:r>
          </w:p>
        </w:tc>
      </w:tr>
      <w:tr>
        <w:trPr>
          <w:trHeight w:val="340" w:hRule="atLeast"/>
        </w:trPr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port macierzysty: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home port:</w:t>
            </w:r>
          </w:p>
        </w:tc>
        <w:tc>
          <w:tcPr>
            <w:tcW w:type="dxa" w:w="3400"/>
            <w:tcMar>
              <w:top w:w="20" w:type="dxa"/>
              <w:start w:w="45" w:type="dxa"/>
              <w:bottom w:w="20" w:type="dxa"/>
              <w:end w:w="45" w:type="dxa"/>
            </w:tcMar>
            <w:gridSpan w:val="4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długość kadłuba (Lh):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lenght of hull (Lh):</w:t>
            </w:r>
          </w:p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m</w:t>
            </w:r>
          </w:p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moc silnika: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engine power:</w:t>
            </w:r>
          </w:p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kW</w:t>
            </w:r>
          </w:p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rPr>
          <w:trHeight w:val="24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000000"/>
                <w:sz w:val="15"/>
              </w:rPr>
              <w:t>INFORMACJE O REJSIE</w:t>
            </w:r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/ CRUISE INFORMATION</w:t>
            </w:r>
          </w:p>
        </w:tc>
      </w:tr>
      <w:tr>
        <w:trPr>
          <w:trHeight w:val="340" w:hRule="atLeast"/>
        </w:trPr>
        <w:tc>
          <w:tcPr>
            <w:tcW w:type="dxa" w:w="5950"/>
            <w:tcMar>
              <w:top w:w="20" w:type="dxa"/>
              <w:start w:w="45" w:type="dxa"/>
              <w:bottom w:w="20" w:type="dxa"/>
              <w:end w:w="45" w:type="dxa"/>
            </w:tcMar>
            <w:gridSpan w:val="7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Wpisu dokonano na podstawie dziennika jachtowego*, nr pływania: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Based on Vessel Log Book*, voyage no.:</w:t>
            </w:r>
          </w:p>
        </w:tc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rPr>
          <w:trHeight w:val="440" w:hRule="atLeast"/>
        </w:trPr>
        <w:tc>
          <w:tcPr>
            <w:tcW w:type="dxa" w:w="3400"/>
            <w:tcMar>
              <w:top w:w="20" w:type="dxa"/>
              <w:start w:w="45" w:type="dxa"/>
              <w:bottom w:w="20" w:type="dxa"/>
              <w:end w:w="45" w:type="dxa"/>
            </w:tcMar>
            <w:gridSpan w:val="4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Port zaokrętowania (nazwa i kraj):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Port of embarkation (name &amp; country):</w:t>
            </w:r>
          </w:p>
        </w:tc>
        <w:tc>
          <w:tcPr>
            <w:tcW w:type="dxa" w:w="1700"/>
            <w:tcMar>
              <w:top w:w="20" w:type="dxa"/>
              <w:start w:w="45" w:type="dxa"/>
              <w:bottom w:w="20" w:type="dxa"/>
              <w:end w:w="45" w:type="dxa"/>
            </w:tcMar>
            <w:gridSpan w:val="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Data: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Date:</w:t>
            </w:r>
          </w:p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550"/>
            <w:tcMar>
              <w:top w:w="20" w:type="dxa"/>
              <w:start w:w="45" w:type="dxa"/>
              <w:bottom w:w="20" w:type="dxa"/>
              <w:end w:w="45" w:type="dxa"/>
            </w:tcMar>
            <w:gridSpan w:val="3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Port pływowy o średnim skoku pływu ≥ 1,5 m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Tidal port with average tidal range ≥ 1,5 m</w:t>
            </w:r>
          </w:p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TAK / NIE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YES / NO</w:t>
            </w:r>
          </w:p>
        </w:tc>
      </w:tr>
      <w:tr>
        <w:trPr>
          <w:trHeight w:val="440" w:hRule="atLeast"/>
        </w:trPr>
        <w:tc>
          <w:tcPr>
            <w:tcW w:type="dxa" w:w="3400"/>
            <w:tcMar>
              <w:top w:w="20" w:type="dxa"/>
              <w:start w:w="45" w:type="dxa"/>
              <w:bottom w:w="20" w:type="dxa"/>
              <w:end w:w="45" w:type="dxa"/>
            </w:tcMar>
            <w:gridSpan w:val="4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Port wyokrętowania (nazwa i kraj):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Port of disembarkation (name &amp; country):</w:t>
            </w:r>
          </w:p>
        </w:tc>
        <w:tc>
          <w:tcPr>
            <w:tcW w:type="dxa" w:w="1700"/>
            <w:tcMar>
              <w:top w:w="20" w:type="dxa"/>
              <w:start w:w="45" w:type="dxa"/>
              <w:bottom w:w="20" w:type="dxa"/>
              <w:end w:w="45" w:type="dxa"/>
            </w:tcMar>
            <w:gridSpan w:val="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Data: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Date:</w:t>
            </w:r>
          </w:p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550"/>
            <w:tcMar>
              <w:top w:w="20" w:type="dxa"/>
              <w:start w:w="45" w:type="dxa"/>
              <w:bottom w:w="20" w:type="dxa"/>
              <w:end w:w="45" w:type="dxa"/>
            </w:tcMar>
            <w:gridSpan w:val="3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Port pływowy o średnim skoku pływu ≥ 1,5 m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Tidal port with average tidal range ≥ 1,5 m</w:t>
            </w:r>
          </w:p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TAK / NIE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YES / NO</w:t>
            </w:r>
          </w:p>
        </w:tc>
      </w:tr>
      <w:tr>
        <w:trPr>
          <w:trHeight w:val="36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Odwiedzone porty (nazwa i kraj):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Visited ports (name &amp; country):</w:t>
            </w:r>
          </w:p>
        </w:tc>
      </w:tr>
      <w:tr>
        <w:trPr>
          <w:trHeight w:val="60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  <w:tr>
        <w:trPr>
          <w:trHeight w:val="40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W tym porty pływowe o średnim skoku pływu ≥ 1,5 m (nazwa i kraj):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Including tidal ports with average tidal range ≥ 1,5 m (name &amp; country):</w:t>
            </w:r>
          </w:p>
        </w:tc>
      </w:tr>
      <w:tr>
        <w:trPr>
          <w:trHeight w:val="54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rPr>
          <w:trHeight w:val="900" w:hRule="atLeast"/>
        </w:trPr>
        <w:tc>
          <w:tcPr>
            <w:tcW w:type="dxa" w:w="4536"/>
            <w:tcMar>
              <w:top w:w="20" w:type="dxa"/>
              <w:start w:w="45" w:type="dxa"/>
              <w:bottom w:w="20" w:type="dxa"/>
              <w:end w:w="45" w:type="dxa"/>
            </w:tcMar>
            <w:gridSpan w:val="4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LICZBA GODZIN ŻEGLUGI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NUMBER OF HOURS UNDERWAY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LICZBA GODZIN POSTOJU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NUMBER OF MOORING HOURS</w:t>
            </w:r>
          </w:p>
        </w:tc>
        <w:tc>
          <w:tcPr>
            <w:tcW w:type="dxa" w:w="2268"/>
            <w:tcMar>
              <w:top w:w="20" w:type="dxa"/>
              <w:start w:w="45" w:type="dxa"/>
              <w:bottom w:w="20" w:type="dxa"/>
              <w:end w:w="45" w:type="dxa"/>
            </w:tcMar>
            <w:gridSpan w:val="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LICZBA PORTÓW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NUMBER OF PORTS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PRZEBYTO MIL MORSKICH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NUMBER OF NAUTICAL MILES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LICZBA DNI REJSU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NUMBER OF CRUISE DAYS</w:t>
            </w:r>
          </w:p>
        </w:tc>
      </w:tr>
      <w:tr>
        <w:trPr>
          <w:trHeight w:val="1000" w:hRule="atLeast"/>
        </w:trPr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pod żaglami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under sails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na silniku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using engine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razem pod żaglami i na silniku bez postoju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total (sails &amp; engine)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po wodach pływowych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on tidal waters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w portach, na kotwicy, boi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in harbours, on anchor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odwiedzonych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visited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w tym pływowych o średnim skoku pływu ≥ 1,5 m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including tidal ports with average tidal range ≥ 1,5 m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/>
        </w:tc>
      </w:tr>
      <w:tr>
        <w:trPr>
          <w:trHeight w:val="400" w:hRule="atLeast"/>
        </w:trPr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2381"/>
        <w:gridCol w:w="1134"/>
        <w:gridCol w:w="1021"/>
        <w:gridCol w:w="567"/>
        <w:gridCol w:w="2381"/>
        <w:gridCol w:w="1134"/>
        <w:gridCol w:w="1021"/>
      </w:tblGrid>
      <w:tr>
        <w:trPr>
          <w:trHeight w:val="240" w:hRule="atLeast"/>
        </w:trPr>
        <w:tc>
          <w:tcPr>
            <w:tcW w:type="dxa" w:w="10204"/>
            <w:tcMar>
              <w:top w:w="20" w:type="dxa"/>
              <w:start w:w="45" w:type="dxa"/>
              <w:bottom w:w="20" w:type="dxa"/>
              <w:end w:w="45" w:type="dxa"/>
            </w:tcMar>
            <w:gridSpan w:val="8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000000"/>
                <w:sz w:val="15"/>
              </w:rPr>
              <w:t>INFORMACJE O ZAŁODZE</w:t>
            </w:r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/ INFORMATION ABOUT CREW</w:t>
            </w:r>
          </w:p>
        </w:tc>
      </w:tr>
      <w:tr>
        <w:trPr>
          <w:trHeight w:val="600" w:hRule="atLeast"/>
        </w:trPr>
        <w:tc>
          <w:tcPr>
            <w:tcW w:type="dxa" w:w="567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lp.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no.</w:t>
            </w:r>
          </w:p>
        </w:tc>
        <w:tc>
          <w:tcPr>
            <w:tcW w:type="dxa" w:w="238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imię i nazwisko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name &amp; surname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stopień żegl./mot.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cert. of competency</w:t>
            </w:r>
          </w:p>
        </w:tc>
        <w:tc>
          <w:tcPr>
            <w:tcW w:type="dxa" w:w="102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funkcja na jachcie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rank</w:t>
            </w:r>
          </w:p>
        </w:tc>
        <w:tc>
          <w:tcPr>
            <w:tcW w:type="dxa" w:w="567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lp.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no.</w:t>
            </w:r>
          </w:p>
        </w:tc>
        <w:tc>
          <w:tcPr>
            <w:tcW w:type="dxa" w:w="238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imię i nazwisko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name &amp; surname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stopień żegl./mot.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cert. of competency</w:t>
            </w:r>
          </w:p>
        </w:tc>
        <w:tc>
          <w:tcPr>
            <w:tcW w:type="dxa" w:w="102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funkcja na jachcie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rank</w:t>
            </w:r>
          </w:p>
        </w:tc>
      </w:tr>
      <w:tr>
        <w:trPr>
          <w:trHeight w:val="280" w:hRule="atLeast"/>
        </w:trPr>
        <w:tc>
          <w:tcPr>
            <w:tcW w:type="dxa" w:w="567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38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02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567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38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02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  <w:tr>
        <w:trPr>
          <w:trHeight w:val="280" w:hRule="atLeast"/>
        </w:trPr>
        <w:tc>
          <w:tcPr>
            <w:tcW w:type="dxa" w:w="567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38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02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567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38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02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  <w:tr>
        <w:trPr>
          <w:trHeight w:val="280" w:hRule="atLeast"/>
        </w:trPr>
        <w:tc>
          <w:tcPr>
            <w:tcW w:type="dxa" w:w="567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38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02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567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38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02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  <w:tr>
        <w:trPr>
          <w:trHeight w:val="280" w:hRule="atLeast"/>
        </w:trPr>
        <w:tc>
          <w:tcPr>
            <w:tcW w:type="dxa" w:w="567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38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02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567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38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02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  <w:tr>
        <w:trPr>
          <w:trHeight w:val="280" w:hRule="atLeast"/>
        </w:trPr>
        <w:tc>
          <w:tcPr>
            <w:tcW w:type="dxa" w:w="567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38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02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567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38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02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  <w:tr>
        <w:trPr>
          <w:trHeight w:val="280" w:hRule="atLeast"/>
        </w:trPr>
        <w:tc>
          <w:tcPr>
            <w:tcW w:type="dxa" w:w="567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38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02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567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38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02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rPr>
          <w:trHeight w:val="24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000000"/>
                <w:sz w:val="15"/>
              </w:rPr>
              <w:t>UWAGI KAPITANA</w:t>
            </w:r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/ CAPTAIN'S COMMENTS</w:t>
            </w:r>
          </w:p>
        </w:tc>
      </w:tr>
      <w:tr>
        <w:trPr>
          <w:trHeight w:val="48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  <w:tr>
        <w:trPr>
          <w:trHeight w:val="360" w:hRule="atLeast"/>
        </w:trPr>
        <w:tc>
          <w:tcPr>
            <w:tcW w:type="dxa" w:w="5100"/>
            <w:tcMar>
              <w:top w:w="20" w:type="dxa"/>
              <w:start w:w="45" w:type="dxa"/>
              <w:bottom w:w="20" w:type="dxa"/>
              <w:end w:w="45" w:type="dxa"/>
            </w:tcMar>
            <w:gridSpan w:val="6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miejscowość, data: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place and date:</w:t>
            </w:r>
          </w:p>
        </w:tc>
        <w:tc>
          <w:tcPr>
            <w:tcW w:type="dxa" w:w="5100"/>
            <w:tcMar>
              <w:top w:w="20" w:type="dxa"/>
              <w:start w:w="45" w:type="dxa"/>
              <w:bottom w:w="20" w:type="dxa"/>
              <w:end w:w="45" w:type="dxa"/>
            </w:tcMar>
            <w:gridSpan w:val="6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czytelny podpis kapitana: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captain's legible signature:</w:t>
            </w:r>
          </w:p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rPr>
          <w:trHeight w:val="24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000000"/>
                <w:sz w:val="15"/>
              </w:rPr>
              <w:t>INFORMACJE O ARMATORZE</w:t>
            </w:r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/ INFORMATION ABOUT YACHT OPERATOR</w:t>
            </w:r>
          </w:p>
        </w:tc>
      </w:tr>
      <w:tr>
        <w:trPr>
          <w:trHeight w:val="360" w:hRule="atLeast"/>
        </w:trPr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imię i nazwisko/nazwa: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name &amp; surname/company name:</w:t>
            </w:r>
          </w:p>
        </w:tc>
        <w:tc>
          <w:tcPr>
            <w:tcW w:type="dxa" w:w="5950"/>
            <w:tcMar>
              <w:top w:w="20" w:type="dxa"/>
              <w:start w:w="45" w:type="dxa"/>
              <w:bottom w:w="20" w:type="dxa"/>
              <w:end w:w="45" w:type="dxa"/>
            </w:tcMar>
            <w:gridSpan w:val="7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  <w:tr>
        <w:trPr>
          <w:trHeight w:val="340" w:hRule="atLeast"/>
        </w:trPr>
        <w:tc>
          <w:tcPr>
            <w:tcW w:type="dxa" w:w="1700"/>
            <w:tcMar>
              <w:top w:w="20" w:type="dxa"/>
              <w:start w:w="45" w:type="dxa"/>
              <w:bottom w:w="20" w:type="dxa"/>
              <w:end w:w="45" w:type="dxa"/>
            </w:tcMar>
            <w:gridSpan w:val="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tel.: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phone:</w:t>
            </w:r>
          </w:p>
        </w:tc>
        <w:tc>
          <w:tcPr>
            <w:tcW w:type="dxa" w:w="2550"/>
            <w:tcMar>
              <w:top w:w="20" w:type="dxa"/>
              <w:start w:w="45" w:type="dxa"/>
              <w:bottom w:w="20" w:type="dxa"/>
              <w:end w:w="45" w:type="dxa"/>
            </w:tcMar>
            <w:gridSpan w:val="3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700"/>
            <w:tcMar>
              <w:top w:w="20" w:type="dxa"/>
              <w:start w:w="45" w:type="dxa"/>
              <w:bottom w:w="20" w:type="dxa"/>
              <w:end w:w="45" w:type="dxa"/>
            </w:tcMar>
            <w:gridSpan w:val="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adres e-mail: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e-mail:</w:t>
            </w:r>
          </w:p>
        </w:tc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  <w:tr>
        <w:trPr>
          <w:trHeight w:val="420" w:hRule="atLeast"/>
        </w:trPr>
        <w:tc>
          <w:tcPr>
            <w:tcW w:type="dxa" w:w="5100"/>
            <w:tcMar>
              <w:top w:w="20" w:type="dxa"/>
              <w:start w:w="45" w:type="dxa"/>
              <w:bottom w:w="20" w:type="dxa"/>
              <w:end w:w="45" w:type="dxa"/>
            </w:tcMar>
            <w:gridSpan w:val="6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miejscowość, data: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place and date:</w:t>
            </w:r>
          </w:p>
        </w:tc>
        <w:tc>
          <w:tcPr>
            <w:tcW w:type="dxa" w:w="5100"/>
            <w:tcMar>
              <w:top w:w="20" w:type="dxa"/>
              <w:start w:w="45" w:type="dxa"/>
              <w:bottom w:w="20" w:type="dxa"/>
              <w:end w:w="45" w:type="dxa"/>
            </w:tcMar>
            <w:gridSpan w:val="6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czytelny podpis armatora jachtu: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yacht operator's legible signature:</w:t>
            </w:r>
          </w:p>
        </w:tc>
      </w:tr>
    </w:tbl>
    <w:p>
      <w:pPr>
        <w:spacing w:before="0" w:after="0" w:line="216" w:lineRule="auto"/>
      </w:pPr>
      <w:r>
        <w:rPr>
          <w:rFonts w:ascii="Arial" w:hAnsi="Arial"/>
          <w:b w:val="0"/>
          <w:i/>
          <w:color w:val="000000"/>
          <w:sz w:val="12"/>
        </w:rPr>
        <w:t>*   jeżeli był prowadzony / if concerns</w:t>
      </w:r>
    </w:p>
    <w:sectPr w:rsidR="00FC693F" w:rsidRPr="0006063C" w:rsidSect="00034616">
      <w:pgSz w:w="11906" w:h="16838"/>
      <w:pgMar w:top="425" w:right="709" w:bottom="3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Arial" w:hAnsi="Arial"/>
      <w:sz w:val="1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rejsu PL-EN - Sailing Is Learning</dc:title>
  <dc:subject/>
  <dc:creator>Piotr Jurkowski - Sailing Is Learning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