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206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9072"/>
      </w:tblGrid>
      <w:tr>
        <w:trPr>
          <w:trHeight w:val="1080" w:hRule="atLeast"/>
        </w:trPr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58000" cy="62982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ailing-symbol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62982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071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tbl>
            <w:tblPr>
              <w:tblW w:type="dxa" w:w="8959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8959"/>
            </w:tblGrid>
            <w:tr>
              <w:trPr>
                <w:trHeight w:val="440" w:hRule="atLeast"/>
              </w:trPr>
              <w:tc>
                <w:tcPr>
                  <w:tcW w:type="dxa" w:w="8957"/>
                  <w:tcMar>
                    <w:top w:w="20" w:type="dxa"/>
                    <w:start w:w="45" w:type="dxa"/>
                    <w:bottom w:w="20" w:type="dxa"/>
                    <w:end w:w="45" w:type="dxa"/>
                  </w:tcMar>
                  <w:tcBorders>
                    <w:top w:val="single" w:sz="6" w:color="000000"/>
                    <w:left w:val="single" w:sz="6" w:color="000000"/>
                    <w:bottom w:val="single" w:sz="6" w:color="000000"/>
                    <w:right w:val="single" w:sz="6" w:color="000000"/>
                    <w:insideH w:val="single" w:sz="6" w:color="000000"/>
                    <w:insideV w:val="single" w:sz="6" w:color="000000"/>
                  </w:tcBorders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Times New Roman" w:hAnsi="Times New Roman"/>
                      <w:b w:val="0"/>
                      <w:i/>
                      <w:color w:val="071A2F"/>
                      <w:sz w:val="31"/>
                    </w:rPr>
                    <w:t>Sailing Is Learning</w:t>
                  </w:r>
                  <w:r>
                    <w:br/>
                  </w:r>
                  <w:r>
                    <w:rPr>
                      <w:rFonts w:ascii="Arial" w:hAnsi="Arial"/>
                      <w:b/>
                      <w:i w:val="0"/>
                      <w:color w:val="071A2F"/>
                      <w:sz w:val="9"/>
                    </w:rPr>
                    <w:t>BY PIOTR JURKOWSKI     LEARN - DISCOVER - SHARE</w:t>
                  </w:r>
                </w:p>
              </w:tc>
            </w:tr>
            <w:tr>
              <w:trPr>
                <w:trHeight w:val="540" w:hRule="atLeast"/>
              </w:trPr>
              <w:tc>
                <w:tcPr>
                  <w:tcW w:type="dxa" w:w="8957"/>
                  <w:tcMar>
                    <w:top w:w="20" w:type="dxa"/>
                    <w:start w:w="45" w:type="dxa"/>
                    <w:bottom w:w="20" w:type="dxa"/>
                    <w:end w:w="45" w:type="dxa"/>
                  </w:tcMar>
                  <w:tcBorders>
                    <w:top w:val="single" w:sz="6" w:color="000000"/>
                    <w:left w:val="single" w:sz="6" w:color="000000"/>
                    <w:bottom w:val="single" w:sz="6" w:color="000000"/>
                    <w:right w:val="single" w:sz="6" w:color="000000"/>
                    <w:insideH w:val="single" w:sz="6" w:color="000000"/>
                    <w:insideV w:val="single" w:sz="6" w:color="000000"/>
                  </w:tcBorders>
                  <w:vAlign w:val="center"/>
                </w:tcPr>
                <w:p>
                  <w:pPr>
                    <w:spacing w:before="0" w:after="0" w:line="240" w:lineRule="auto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000000"/>
                      <w:sz w:val="23"/>
                    </w:rPr>
                    <w:t>OPINIA Z REJSU</w:t>
                  </w:r>
                  <w:r>
                    <w:br/>
                  </w:r>
                  <w:r>
                    <w:rPr>
                      <w:rFonts w:ascii="Arial" w:hAnsi="Arial"/>
                      <w:b/>
                      <w:i/>
                      <w:color w:val="000000"/>
                      <w:sz w:val="21"/>
                    </w:rPr>
                    <w:t>CREW MEMBER'S CERTIFICATE OF PASSAGE</w:t>
                  </w:r>
                </w:p>
              </w:tc>
            </w:tr>
          </w:tbl>
          <w:p/>
        </w:tc>
      </w:tr>
    </w:tbl>
    <w:p>
      <w:pPr>
        <w:spacing w:before="0" w:after="0" w:line="48" w:lineRule="exact"/>
      </w:pPr>
      <w:r>
        <w:rPr>
          <w:rFonts w:ascii="Arial" w:hAnsi="Arial"/>
          <w:b w:val="0"/>
          <w:i w:val="0"/>
          <w:color w:val="000000"/>
          <w:sz w:val="2"/>
        </w:rPr>
      </w:r>
    </w:p>
    <w:tbl>
      <w:tblPr>
        <w:tblW w:type="dxa" w:w="10206"/>
        <w:jc w:val="center"/>
        <w:tblLayout w:type="fixed"/>
        <w:tblLook w:firstColumn="1" w:firstRow="1" w:lastColumn="0" w:lastRow="0" w:noHBand="0" w:noVBand="1" w:val="04A0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>
        <w:trPr>
          <w:trHeight w:val="240" w:hRule="atLeast"/>
        </w:trPr>
        <w:tc>
          <w:tcPr>
            <w:tcW w:type="dxa" w:w="10200"/>
            <w:tcMar>
              <w:top w:w="20" w:type="dxa"/>
              <w:start w:w="45" w:type="dxa"/>
              <w:bottom w:w="20" w:type="dxa"/>
              <w:end w:w="45" w:type="dxa"/>
            </w:tcMar>
            <w:gridSpan w:val="1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000000"/>
                <w:sz w:val="15"/>
              </w:rPr>
              <w:t>INFORMACJE O UCZESTNIKU REJSU</w:t>
            </w:r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/ INFORMATION ABOUT THE CRUISE PARTICIPANT</w:t>
            </w:r>
          </w:p>
        </w:tc>
      </w:tr>
      <w:tr>
        <w:trPr>
          <w:trHeight w:val="360" w:hRule="atLeast"/>
        </w:trPr>
        <w:tc>
          <w:tcPr>
            <w:tcW w:type="dxa" w:w="4250"/>
            <w:tcMar>
              <w:top w:w="20" w:type="dxa"/>
              <w:start w:w="45" w:type="dxa"/>
              <w:bottom w:w="20" w:type="dxa"/>
              <w:end w:w="45" w:type="dxa"/>
            </w:tcMar>
            <w:gridSpan w:val="5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imię i nazwisko:</w:t>
            </w:r>
            <w:r>
              <w:rPr>
                <w:rFonts w:ascii="Arial" w:hAnsi="Arial"/>
                <w:b w:val="0"/>
                <w:i/>
                <w:color w:val="000000"/>
                <w:sz w:val="14"/>
              </w:rPr>
              <w:br/>
              <w:t>name &amp; surname:</w:t>
            </w:r>
          </w:p>
        </w:tc>
        <w:tc>
          <w:tcPr>
            <w:tcW w:type="dxa" w:w="4250"/>
            <w:tcMar>
              <w:top w:w="20" w:type="dxa"/>
              <w:start w:w="45" w:type="dxa"/>
              <w:bottom w:w="20" w:type="dxa"/>
              <w:end w:w="45" w:type="dxa"/>
            </w:tcMar>
            <w:gridSpan w:val="5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stopień żeglarski/motorowodny:</w:t>
            </w:r>
            <w:r>
              <w:rPr>
                <w:rFonts w:ascii="Arial" w:hAnsi="Arial"/>
                <w:b w:val="0"/>
                <w:i/>
                <w:color w:val="000000"/>
                <w:sz w:val="14"/>
              </w:rPr>
              <w:br/>
              <w:t>cert. of sailing/motor competency:</w:t>
            </w:r>
          </w:p>
        </w:tc>
        <w:tc>
          <w:tcPr>
            <w:tcW w:type="dxa" w:w="1700"/>
            <w:tcMar>
              <w:top w:w="20" w:type="dxa"/>
              <w:start w:w="45" w:type="dxa"/>
              <w:bottom w:w="20" w:type="dxa"/>
              <w:end w:w="45" w:type="dxa"/>
            </w:tcMar>
            <w:gridSpan w:val="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nr pat.:</w:t>
            </w:r>
            <w:r>
              <w:rPr>
                <w:rFonts w:ascii="Arial" w:hAnsi="Arial"/>
                <w:b w:val="0"/>
                <w:i/>
                <w:color w:val="000000"/>
                <w:sz w:val="14"/>
              </w:rPr>
              <w:br/>
              <w:t>cert. no.:</w:t>
            </w:r>
          </w:p>
        </w:tc>
      </w:tr>
      <w:tr>
        <w:trPr>
          <w:trHeight w:val="320" w:hRule="atLeast"/>
        </w:trPr>
        <w:tc>
          <w:tcPr>
            <w:tcW w:type="dxa" w:w="4250"/>
            <w:tcMar>
              <w:top w:w="20" w:type="dxa"/>
              <w:start w:w="45" w:type="dxa"/>
              <w:bottom w:w="20" w:type="dxa"/>
              <w:end w:w="45" w:type="dxa"/>
            </w:tcMar>
            <w:gridSpan w:val="5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tel.:</w:t>
            </w:r>
            <w:r>
              <w:rPr>
                <w:rFonts w:ascii="Arial" w:hAnsi="Arial"/>
                <w:b w:val="0"/>
                <w:i/>
                <w:color w:val="000000"/>
                <w:sz w:val="14"/>
              </w:rPr>
              <w:br/>
              <w:t>phone:</w:t>
            </w:r>
          </w:p>
        </w:tc>
        <w:tc>
          <w:tcPr>
            <w:tcW w:type="dxa" w:w="5950"/>
            <w:tcMar>
              <w:top w:w="20" w:type="dxa"/>
              <w:start w:w="45" w:type="dxa"/>
              <w:bottom w:w="20" w:type="dxa"/>
              <w:end w:w="45" w:type="dxa"/>
            </w:tcMar>
            <w:gridSpan w:val="7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adres e-mail:</w:t>
            </w:r>
            <w:r>
              <w:rPr>
                <w:rFonts w:ascii="Arial" w:hAnsi="Arial"/>
                <w:b w:val="0"/>
                <w:i/>
                <w:color w:val="000000"/>
                <w:sz w:val="14"/>
              </w:rPr>
              <w:br/>
              <w:t>e-mail:</w:t>
            </w:r>
          </w:p>
        </w:tc>
      </w:tr>
    </w:tbl>
    <w:p>
      <w:pPr>
        <w:spacing w:before="0" w:after="0" w:line="48" w:lineRule="exact"/>
      </w:pPr>
      <w:r>
        <w:rPr>
          <w:rFonts w:ascii="Arial" w:hAnsi="Arial"/>
          <w:b w:val="0"/>
          <w:i w:val="0"/>
          <w:color w:val="000000"/>
          <w:sz w:val="2"/>
        </w:rPr>
      </w:r>
    </w:p>
    <w:tbl>
      <w:tblPr>
        <w:tblW w:type="dxa" w:w="10206"/>
        <w:jc w:val="center"/>
        <w:tblLayout w:type="fixed"/>
        <w:tblLook w:firstColumn="1" w:firstRow="1" w:lastColumn="0" w:lastRow="0" w:noHBand="0" w:noVBand="1" w:val="04A0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>
        <w:trPr>
          <w:trHeight w:val="240" w:hRule="atLeast"/>
        </w:trPr>
        <w:tc>
          <w:tcPr>
            <w:tcW w:type="dxa" w:w="10200"/>
            <w:tcMar>
              <w:top w:w="20" w:type="dxa"/>
              <w:start w:w="45" w:type="dxa"/>
              <w:bottom w:w="20" w:type="dxa"/>
              <w:end w:w="45" w:type="dxa"/>
            </w:tcMar>
            <w:gridSpan w:val="1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000000"/>
                <w:sz w:val="15"/>
              </w:rPr>
              <w:t>INFORMACJE O JACHCIE ŻAGLOWYM</w:t>
            </w:r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/ INFORMATION ABOUT SAILING YACHT</w:t>
            </w:r>
          </w:p>
        </w:tc>
      </w:tr>
      <w:tr>
        <w:trPr>
          <w:trHeight w:val="360" w:hRule="atLeast"/>
        </w:trPr>
        <w:tc>
          <w:tcPr>
            <w:tcW w:type="dxa" w:w="2550"/>
            <w:tcMar>
              <w:top w:w="20" w:type="dxa"/>
              <w:start w:w="45" w:type="dxa"/>
              <w:bottom w:w="20" w:type="dxa"/>
              <w:end w:w="45" w:type="dxa"/>
            </w:tcMar>
            <w:gridSpan w:val="3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nr rej.:</w:t>
            </w:r>
            <w:r>
              <w:rPr>
                <w:rFonts w:ascii="Arial" w:hAnsi="Arial"/>
                <w:b w:val="0"/>
                <w:i/>
                <w:color w:val="000000"/>
                <w:sz w:val="14"/>
              </w:rPr>
              <w:br/>
              <w:t>reg. no.:</w:t>
            </w:r>
          </w:p>
        </w:tc>
        <w:tc>
          <w:tcPr>
            <w:tcW w:type="dxa" w:w="3400"/>
            <w:tcMar>
              <w:top w:w="20" w:type="dxa"/>
              <w:start w:w="45" w:type="dxa"/>
              <w:bottom w:w="20" w:type="dxa"/>
              <w:end w:w="45" w:type="dxa"/>
            </w:tcMar>
            <w:gridSpan w:val="4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nazwa:</w:t>
            </w:r>
            <w:r>
              <w:rPr>
                <w:rFonts w:ascii="Arial" w:hAnsi="Arial"/>
                <w:b w:val="0"/>
                <w:i/>
                <w:color w:val="000000"/>
                <w:sz w:val="14"/>
              </w:rPr>
              <w:br/>
              <w:t>name:</w:t>
            </w:r>
          </w:p>
        </w:tc>
        <w:tc>
          <w:tcPr>
            <w:tcW w:type="dxa" w:w="4250"/>
            <w:tcMar>
              <w:top w:w="20" w:type="dxa"/>
              <w:start w:w="45" w:type="dxa"/>
              <w:bottom w:w="20" w:type="dxa"/>
              <w:end w:w="45" w:type="dxa"/>
            </w:tcMar>
            <w:gridSpan w:val="5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typ konstrukcyjny jachtu:</w:t>
            </w:r>
            <w:r>
              <w:rPr>
                <w:rFonts w:ascii="Arial" w:hAnsi="Arial"/>
                <w:b w:val="0"/>
                <w:i/>
                <w:color w:val="000000"/>
                <w:sz w:val="14"/>
              </w:rPr>
              <w:br/>
              <w:t>type of the yacht design:</w:t>
            </w:r>
          </w:p>
        </w:tc>
      </w:tr>
      <w:tr>
        <w:trPr>
          <w:trHeight w:val="340" w:hRule="atLeast"/>
        </w:trPr>
        <w:tc>
          <w:tcPr>
            <w:tcW w:type="dxa" w:w="4250"/>
            <w:tcMar>
              <w:top w:w="20" w:type="dxa"/>
              <w:start w:w="45" w:type="dxa"/>
              <w:bottom w:w="20" w:type="dxa"/>
              <w:end w:w="45" w:type="dxa"/>
            </w:tcMar>
            <w:gridSpan w:val="5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port macierzysty:</w:t>
            </w:r>
            <w:r>
              <w:rPr>
                <w:rFonts w:ascii="Arial" w:hAnsi="Arial"/>
                <w:b w:val="0"/>
                <w:i/>
                <w:color w:val="000000"/>
                <w:sz w:val="14"/>
              </w:rPr>
              <w:br/>
              <w:t>home port:</w:t>
            </w:r>
          </w:p>
        </w:tc>
        <w:tc>
          <w:tcPr>
            <w:tcW w:type="dxa" w:w="3400"/>
            <w:tcMar>
              <w:top w:w="20" w:type="dxa"/>
              <w:start w:w="45" w:type="dxa"/>
              <w:bottom w:w="20" w:type="dxa"/>
              <w:end w:w="45" w:type="dxa"/>
            </w:tcMar>
            <w:gridSpan w:val="4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długość kadłuba (Lh):</w:t>
            </w:r>
            <w:r>
              <w:rPr>
                <w:rFonts w:ascii="Arial" w:hAnsi="Arial"/>
                <w:b w:val="0"/>
                <w:i/>
                <w:color w:val="000000"/>
                <w:sz w:val="14"/>
              </w:rPr>
              <w:br/>
              <w:t>lenght of hull (Lh):</w:t>
            </w:r>
          </w:p>
        </w:tc>
        <w:tc>
          <w:tcPr>
            <w:tcW w:type="dxa" w:w="85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m</w:t>
            </w:r>
          </w:p>
        </w:tc>
        <w:tc>
          <w:tcPr>
            <w:tcW w:type="dxa" w:w="85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moc silnika: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engine power:</w:t>
            </w:r>
          </w:p>
        </w:tc>
        <w:tc>
          <w:tcPr>
            <w:tcW w:type="dxa" w:w="85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4"/>
              </w:rPr>
              <w:t>kW</w:t>
            </w:r>
          </w:p>
        </w:tc>
      </w:tr>
    </w:tbl>
    <w:p>
      <w:pPr>
        <w:spacing w:before="0" w:after="0" w:line="48" w:lineRule="exact"/>
      </w:pPr>
      <w:r>
        <w:rPr>
          <w:rFonts w:ascii="Arial" w:hAnsi="Arial"/>
          <w:b w:val="0"/>
          <w:i w:val="0"/>
          <w:color w:val="000000"/>
          <w:sz w:val="2"/>
        </w:rPr>
      </w:r>
    </w:p>
    <w:tbl>
      <w:tblPr>
        <w:tblW w:type="dxa" w:w="10206"/>
        <w:jc w:val="center"/>
        <w:tblLayout w:type="fixed"/>
        <w:tblLook w:firstColumn="1" w:firstRow="1" w:lastColumn="0" w:lastRow="0" w:noHBand="0" w:noVBand="1" w:val="04A0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>
        <w:trPr>
          <w:trHeight w:val="240" w:hRule="atLeast"/>
        </w:trPr>
        <w:tc>
          <w:tcPr>
            <w:tcW w:type="dxa" w:w="10200"/>
            <w:tcMar>
              <w:top w:w="20" w:type="dxa"/>
              <w:start w:w="45" w:type="dxa"/>
              <w:bottom w:w="20" w:type="dxa"/>
              <w:end w:w="45" w:type="dxa"/>
            </w:tcMar>
            <w:gridSpan w:val="1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000000"/>
                <w:sz w:val="15"/>
              </w:rPr>
              <w:t>INFORMACJE O REJSIE</w:t>
            </w:r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/ CRUISE INFORMATION</w:t>
            </w:r>
          </w:p>
        </w:tc>
      </w:tr>
      <w:tr>
        <w:trPr>
          <w:trHeight w:val="340" w:hRule="atLeast"/>
        </w:trPr>
        <w:tc>
          <w:tcPr>
            <w:tcW w:type="dxa" w:w="5950"/>
            <w:tcMar>
              <w:top w:w="20" w:type="dxa"/>
              <w:start w:w="45" w:type="dxa"/>
              <w:bottom w:w="20" w:type="dxa"/>
              <w:end w:w="45" w:type="dxa"/>
            </w:tcMar>
            <w:gridSpan w:val="7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Wpisu dokonano na podstawie dziennika jachtowego*, nr pływania: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Based on Vessel Log Book*, voyage no.:</w:t>
            </w:r>
          </w:p>
        </w:tc>
        <w:tc>
          <w:tcPr>
            <w:tcW w:type="dxa" w:w="4250"/>
            <w:tcMar>
              <w:top w:w="20" w:type="dxa"/>
              <w:start w:w="45" w:type="dxa"/>
              <w:bottom w:w="20" w:type="dxa"/>
              <w:end w:w="45" w:type="dxa"/>
            </w:tcMar>
            <w:gridSpan w:val="5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</w:tr>
    </w:tbl>
    <w:p>
      <w:pPr>
        <w:spacing w:before="0" w:after="0" w:line="48" w:lineRule="exact"/>
      </w:pPr>
      <w:r>
        <w:rPr>
          <w:rFonts w:ascii="Arial" w:hAnsi="Arial"/>
          <w:b w:val="0"/>
          <w:i w:val="0"/>
          <w:color w:val="000000"/>
          <w:sz w:val="2"/>
        </w:rPr>
      </w:r>
    </w:p>
    <w:tbl>
      <w:tblPr>
        <w:tblW w:type="dxa" w:w="10206"/>
        <w:jc w:val="center"/>
        <w:tblLayout w:type="fixed"/>
        <w:tblLook w:firstColumn="1" w:firstRow="1" w:lastColumn="0" w:lastRow="0" w:noHBand="0" w:noVBand="1" w:val="04A0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>
        <w:trPr>
          <w:trHeight w:val="440" w:hRule="atLeast"/>
        </w:trPr>
        <w:tc>
          <w:tcPr>
            <w:tcW w:type="dxa" w:w="3400"/>
            <w:tcMar>
              <w:top w:w="20" w:type="dxa"/>
              <w:start w:w="45" w:type="dxa"/>
              <w:bottom w:w="20" w:type="dxa"/>
              <w:end w:w="45" w:type="dxa"/>
            </w:tcMar>
            <w:gridSpan w:val="4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Port zaokrętowania (nazwa i kraj):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Port of embarkation (name &amp; country):</w:t>
            </w:r>
          </w:p>
        </w:tc>
        <w:tc>
          <w:tcPr>
            <w:tcW w:type="dxa" w:w="1700"/>
            <w:tcMar>
              <w:top w:w="20" w:type="dxa"/>
              <w:start w:w="45" w:type="dxa"/>
              <w:bottom w:w="20" w:type="dxa"/>
              <w:end w:w="45" w:type="dxa"/>
            </w:tcMar>
            <w:gridSpan w:val="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85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Data: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Date:</w:t>
            </w:r>
          </w:p>
        </w:tc>
        <w:tc>
          <w:tcPr>
            <w:tcW w:type="dxa" w:w="85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2550"/>
            <w:tcMar>
              <w:top w:w="20" w:type="dxa"/>
              <w:start w:w="45" w:type="dxa"/>
              <w:bottom w:w="20" w:type="dxa"/>
              <w:end w:w="45" w:type="dxa"/>
            </w:tcMar>
            <w:gridSpan w:val="3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Port pływowy o średnim skoku pływu ≥ 1,5 m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Tidal port with average tidal range ≥ 1,5 m</w:t>
            </w:r>
          </w:p>
        </w:tc>
        <w:tc>
          <w:tcPr>
            <w:tcW w:type="dxa" w:w="85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TAK / NIE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YES / NO</w:t>
            </w:r>
          </w:p>
        </w:tc>
      </w:tr>
      <w:tr>
        <w:trPr>
          <w:trHeight w:val="440" w:hRule="atLeast"/>
        </w:trPr>
        <w:tc>
          <w:tcPr>
            <w:tcW w:type="dxa" w:w="3400"/>
            <w:tcMar>
              <w:top w:w="20" w:type="dxa"/>
              <w:start w:w="45" w:type="dxa"/>
              <w:bottom w:w="20" w:type="dxa"/>
              <w:end w:w="45" w:type="dxa"/>
            </w:tcMar>
            <w:gridSpan w:val="4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Port wyokrętowania (nazwa i kraj):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Port of disembarkation (name &amp; country):</w:t>
            </w:r>
          </w:p>
        </w:tc>
        <w:tc>
          <w:tcPr>
            <w:tcW w:type="dxa" w:w="1700"/>
            <w:tcMar>
              <w:top w:w="20" w:type="dxa"/>
              <w:start w:w="45" w:type="dxa"/>
              <w:bottom w:w="20" w:type="dxa"/>
              <w:end w:w="45" w:type="dxa"/>
            </w:tcMar>
            <w:gridSpan w:val="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85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Data: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Date:</w:t>
            </w:r>
          </w:p>
        </w:tc>
        <w:tc>
          <w:tcPr>
            <w:tcW w:type="dxa" w:w="85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2550"/>
            <w:tcMar>
              <w:top w:w="20" w:type="dxa"/>
              <w:start w:w="45" w:type="dxa"/>
              <w:bottom w:w="20" w:type="dxa"/>
              <w:end w:w="45" w:type="dxa"/>
            </w:tcMar>
            <w:gridSpan w:val="3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Port pływowy o średnim skoku pływu ≥ 1,5 m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Tidal port with average tidal range ≥ 1,5 m</w:t>
            </w:r>
          </w:p>
        </w:tc>
        <w:tc>
          <w:tcPr>
            <w:tcW w:type="dxa" w:w="850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TAK / NIE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YES / NO</w:t>
            </w:r>
          </w:p>
        </w:tc>
      </w:tr>
      <w:tr>
        <w:trPr>
          <w:trHeight w:val="360" w:hRule="atLeast"/>
        </w:trPr>
        <w:tc>
          <w:tcPr>
            <w:tcW w:type="dxa" w:w="10200"/>
            <w:tcMar>
              <w:top w:w="20" w:type="dxa"/>
              <w:start w:w="45" w:type="dxa"/>
              <w:bottom w:w="20" w:type="dxa"/>
              <w:end w:w="45" w:type="dxa"/>
            </w:tcMar>
            <w:gridSpan w:val="1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Odwiedzone porty (nazwa i kraj):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Visited ports (name &amp; country):</w:t>
            </w:r>
          </w:p>
        </w:tc>
      </w:tr>
      <w:tr>
        <w:trPr>
          <w:trHeight w:val="600" w:hRule="atLeast"/>
        </w:trPr>
        <w:tc>
          <w:tcPr>
            <w:tcW w:type="dxa" w:w="10200"/>
            <w:tcMar>
              <w:top w:w="20" w:type="dxa"/>
              <w:start w:w="45" w:type="dxa"/>
              <w:bottom w:w="20" w:type="dxa"/>
              <w:end w:w="45" w:type="dxa"/>
            </w:tcMar>
            <w:gridSpan w:val="1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</w:tr>
      <w:tr>
        <w:trPr>
          <w:trHeight w:val="400" w:hRule="atLeast"/>
        </w:trPr>
        <w:tc>
          <w:tcPr>
            <w:tcW w:type="dxa" w:w="10200"/>
            <w:tcMar>
              <w:top w:w="20" w:type="dxa"/>
              <w:start w:w="45" w:type="dxa"/>
              <w:bottom w:w="20" w:type="dxa"/>
              <w:end w:w="45" w:type="dxa"/>
            </w:tcMar>
            <w:gridSpan w:val="1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W tym porty pływowe o średnim skoku pływu ≥ 1,5 m (nazwa i kraj):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Including tidal ports with average tidal range ≥ 1,5 m (name &amp; country):</w:t>
            </w:r>
          </w:p>
        </w:tc>
      </w:tr>
      <w:tr>
        <w:trPr>
          <w:trHeight w:val="540" w:hRule="atLeast"/>
        </w:trPr>
        <w:tc>
          <w:tcPr>
            <w:tcW w:type="dxa" w:w="10200"/>
            <w:tcMar>
              <w:top w:w="20" w:type="dxa"/>
              <w:start w:w="45" w:type="dxa"/>
              <w:bottom w:w="20" w:type="dxa"/>
              <w:end w:w="45" w:type="dxa"/>
            </w:tcMar>
            <w:gridSpan w:val="1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</w:tr>
    </w:tbl>
    <w:p>
      <w:pPr>
        <w:spacing w:before="0" w:after="0" w:line="48" w:lineRule="exact"/>
      </w:pPr>
      <w:r>
        <w:rPr>
          <w:rFonts w:ascii="Arial" w:hAnsi="Arial"/>
          <w:b w:val="0"/>
          <w:i w:val="0"/>
          <w:color w:val="000000"/>
          <w:sz w:val="2"/>
        </w:rPr>
      </w:r>
    </w:p>
    <w:tbl>
      <w:tblPr>
        <w:tblW w:type="dxa" w:w="10206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rPr>
          <w:trHeight w:val="900" w:hRule="atLeast"/>
        </w:trPr>
        <w:tc>
          <w:tcPr>
            <w:tcW w:type="dxa" w:w="4536"/>
            <w:tcMar>
              <w:top w:w="20" w:type="dxa"/>
              <w:start w:w="45" w:type="dxa"/>
              <w:bottom w:w="20" w:type="dxa"/>
              <w:end w:w="45" w:type="dxa"/>
            </w:tcMar>
            <w:gridSpan w:val="4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LICZBA GODZIN ŻEGLUGI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NUMBER OF HOURS UNDERWAY</w:t>
            </w:r>
          </w:p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LICZBA GODZIN POSTOJU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NUMBER OF MOORING HOURS</w:t>
            </w:r>
          </w:p>
        </w:tc>
        <w:tc>
          <w:tcPr>
            <w:tcW w:type="dxa" w:w="2268"/>
            <w:tcMar>
              <w:top w:w="20" w:type="dxa"/>
              <w:start w:w="45" w:type="dxa"/>
              <w:bottom w:w="20" w:type="dxa"/>
              <w:end w:w="45" w:type="dxa"/>
            </w:tcMar>
            <w:gridSpan w:val="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LICZBA PORTÓW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NUMBER OF PORTS</w:t>
            </w:r>
          </w:p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PRZEBYTO MIL MORSKICH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NUMBER OF NAUTICAL MILES</w:t>
            </w:r>
          </w:p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LICZBA DNI REJSU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NUMBER OF CRUISE DAYS</w:t>
            </w:r>
          </w:p>
        </w:tc>
      </w:tr>
      <w:tr>
        <w:trPr>
          <w:trHeight w:val="1000" w:hRule="atLeast"/>
        </w:trPr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pod żaglami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under sails</w:t>
            </w:r>
          </w:p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na silniku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using engine</w:t>
            </w:r>
          </w:p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razem pod żaglami i na silniku bez postoju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total (sails &amp; engine)</w:t>
            </w:r>
          </w:p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po wodach pływowych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on tidal waters</w:t>
            </w:r>
          </w:p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w portach, na kotwicy, boi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in harbours, on anchor</w:t>
            </w:r>
          </w:p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odwiedzonych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visited</w:t>
            </w:r>
          </w:p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w tym pływowych o średnim skoku pływu ≥ 1,5 m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including tidal ports with average tidal range ≥ 1,5 m</w:t>
            </w:r>
          </w:p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/>
        </w:tc>
      </w:tr>
      <w:tr>
        <w:trPr>
          <w:trHeight w:val="400" w:hRule="atLeast"/>
        </w:trPr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  <w:tc>
          <w:tcPr>
            <w:tcW w:type="dxa" w:w="1134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</w:tr>
    </w:tbl>
    <w:p>
      <w:pPr>
        <w:spacing w:before="0" w:after="0" w:line="48" w:lineRule="exact"/>
      </w:pPr>
      <w:r>
        <w:rPr>
          <w:rFonts w:ascii="Arial" w:hAnsi="Arial"/>
          <w:b w:val="0"/>
          <w:i w:val="0"/>
          <w:color w:val="000000"/>
          <w:sz w:val="2"/>
        </w:rPr>
      </w:r>
    </w:p>
    <w:tbl>
      <w:tblPr>
        <w:tblW w:type="dxa" w:w="10206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3969"/>
        <w:gridCol w:w="3969"/>
      </w:tblGrid>
      <w:tr>
        <w:trPr>
          <w:trHeight w:val="460" w:hRule="atLeast"/>
        </w:trPr>
        <w:tc>
          <w:tcPr>
            <w:tcW w:type="dxa" w:w="2268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000000"/>
                <w:sz w:val="14"/>
              </w:rPr>
              <w:t>OPINIA KAPITANA**</w:t>
            </w:r>
            <w:r>
              <w:rPr>
                <w:rFonts w:ascii="Arial" w:hAnsi="Arial"/>
                <w:b/>
                <w:i/>
                <w:color w:val="000000"/>
                <w:sz w:val="14"/>
              </w:rPr>
              <w:br/>
              <w:t>CAPTAIN'S OPINION</w:t>
            </w:r>
          </w:p>
        </w:tc>
        <w:tc>
          <w:tcPr>
            <w:tcW w:type="dxa" w:w="3969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000000"/>
                <w:sz w:val="14"/>
              </w:rPr>
              <w:t>≤ pozytywna</w:t>
              <w:br/>
              <w:t xml:space="preserve">   positive</w:t>
            </w:r>
          </w:p>
        </w:tc>
        <w:tc>
          <w:tcPr>
            <w:tcW w:type="dxa" w:w="3969"/>
            <w:tcMar>
              <w:top w:w="20" w:type="dxa"/>
              <w:start w:w="45" w:type="dxa"/>
              <w:bottom w:w="20" w:type="dxa"/>
              <w:end w:w="45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000000"/>
                <w:sz w:val="14"/>
              </w:rPr>
              <w:t>≤ negatywna</w:t>
              <w:br/>
              <w:t xml:space="preserve">   negative</w:t>
            </w:r>
          </w:p>
        </w:tc>
      </w:tr>
    </w:tbl>
    <w:p>
      <w:pPr>
        <w:spacing w:before="0" w:after="0" w:line="48" w:lineRule="exact"/>
      </w:pPr>
      <w:r>
        <w:rPr>
          <w:rFonts w:ascii="Arial" w:hAnsi="Arial"/>
          <w:b w:val="0"/>
          <w:i w:val="0"/>
          <w:color w:val="000000"/>
          <w:sz w:val="2"/>
        </w:rPr>
      </w:r>
    </w:p>
    <w:tbl>
      <w:tblPr>
        <w:tblW w:type="dxa" w:w="10206"/>
        <w:jc w:val="center"/>
        <w:tblLayout w:type="fixed"/>
        <w:tblLook w:firstColumn="1" w:firstRow="1" w:lastColumn="0" w:lastRow="0" w:noHBand="0" w:noVBand="1" w:val="04A0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>
        <w:trPr>
          <w:trHeight w:val="240" w:hRule="atLeast"/>
        </w:trPr>
        <w:tc>
          <w:tcPr>
            <w:tcW w:type="dxa" w:w="10200"/>
            <w:tcMar>
              <w:top w:w="20" w:type="dxa"/>
              <w:start w:w="45" w:type="dxa"/>
              <w:bottom w:w="20" w:type="dxa"/>
              <w:end w:w="45" w:type="dxa"/>
            </w:tcMar>
            <w:gridSpan w:val="1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000000"/>
                <w:sz w:val="15"/>
              </w:rPr>
              <w:t>UWAGI KAPITANA</w:t>
            </w:r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/ CAPTAIN'S COMMENTS</w:t>
            </w:r>
          </w:p>
        </w:tc>
      </w:tr>
      <w:tr>
        <w:trPr>
          <w:trHeight w:val="1440" w:hRule="atLeast"/>
        </w:trPr>
        <w:tc>
          <w:tcPr>
            <w:tcW w:type="dxa" w:w="10200"/>
            <w:tcMar>
              <w:top w:w="20" w:type="dxa"/>
              <w:start w:w="45" w:type="dxa"/>
              <w:bottom w:w="20" w:type="dxa"/>
              <w:end w:w="45" w:type="dxa"/>
            </w:tcMar>
            <w:gridSpan w:val="1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/>
        </w:tc>
      </w:tr>
    </w:tbl>
    <w:p>
      <w:pPr>
        <w:spacing w:before="0" w:after="0" w:line="48" w:lineRule="exact"/>
      </w:pPr>
      <w:r>
        <w:rPr>
          <w:rFonts w:ascii="Arial" w:hAnsi="Arial"/>
          <w:b w:val="0"/>
          <w:i w:val="0"/>
          <w:color w:val="000000"/>
          <w:sz w:val="2"/>
        </w:rPr>
      </w:r>
    </w:p>
    <w:tbl>
      <w:tblPr>
        <w:tblW w:type="dxa" w:w="10206"/>
        <w:jc w:val="center"/>
        <w:tblLayout w:type="fixed"/>
        <w:tblLook w:firstColumn="1" w:firstRow="1" w:lastColumn="0" w:lastRow="0" w:noHBand="0" w:noVBand="1" w:val="04A0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>
        <w:trPr>
          <w:trHeight w:val="240" w:hRule="atLeast"/>
        </w:trPr>
        <w:tc>
          <w:tcPr>
            <w:tcW w:type="dxa" w:w="10200"/>
            <w:tcMar>
              <w:top w:w="20" w:type="dxa"/>
              <w:start w:w="45" w:type="dxa"/>
              <w:bottom w:w="20" w:type="dxa"/>
              <w:end w:w="45" w:type="dxa"/>
            </w:tcMar>
            <w:gridSpan w:val="1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  <w:shd w:fill="C7DAF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i w:val="0"/>
                <w:color w:val="000000"/>
                <w:sz w:val="15"/>
              </w:rPr>
              <w:t>INFORMACJE O KAPITANIE</w:t>
            </w:r>
            <w:r>
              <w:rPr>
                <w:rFonts w:ascii="Arial" w:hAnsi="Arial"/>
                <w:b/>
                <w:i/>
                <w:color w:val="000000"/>
                <w:sz w:val="15"/>
              </w:rPr>
              <w:t xml:space="preserve"> / INFORMATION ABOUT CAPTAIN</w:t>
            </w:r>
          </w:p>
        </w:tc>
      </w:tr>
      <w:tr>
        <w:trPr>
          <w:trHeight w:val="360" w:hRule="atLeast"/>
        </w:trPr>
        <w:tc>
          <w:tcPr>
            <w:tcW w:type="dxa" w:w="4250"/>
            <w:tcMar>
              <w:top w:w="20" w:type="dxa"/>
              <w:start w:w="45" w:type="dxa"/>
              <w:bottom w:w="20" w:type="dxa"/>
              <w:end w:w="45" w:type="dxa"/>
            </w:tcMar>
            <w:gridSpan w:val="5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imię i nazwisko: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name &amp; surname:</w:t>
            </w:r>
          </w:p>
        </w:tc>
        <w:tc>
          <w:tcPr>
            <w:tcW w:type="dxa" w:w="4250"/>
            <w:tcMar>
              <w:top w:w="20" w:type="dxa"/>
              <w:start w:w="45" w:type="dxa"/>
              <w:bottom w:w="20" w:type="dxa"/>
              <w:end w:w="45" w:type="dxa"/>
            </w:tcMar>
            <w:gridSpan w:val="5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stopień żeglarski/motorowodny: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cert. of sailing/motor competency:</w:t>
            </w:r>
          </w:p>
        </w:tc>
        <w:tc>
          <w:tcPr>
            <w:tcW w:type="dxa" w:w="1700"/>
            <w:tcMar>
              <w:top w:w="20" w:type="dxa"/>
              <w:start w:w="45" w:type="dxa"/>
              <w:bottom w:w="20" w:type="dxa"/>
              <w:end w:w="45" w:type="dxa"/>
            </w:tcMar>
            <w:gridSpan w:val="2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2"/>
              </w:rPr>
              <w:t>nr pat.:</w:t>
            </w:r>
            <w:r>
              <w:rPr>
                <w:rFonts w:ascii="Arial" w:hAnsi="Arial"/>
                <w:b w:val="0"/>
                <w:i/>
                <w:color w:val="000000"/>
                <w:sz w:val="12"/>
              </w:rPr>
              <w:br/>
              <w:t>cert. no.:</w:t>
            </w:r>
          </w:p>
        </w:tc>
      </w:tr>
      <w:tr>
        <w:trPr>
          <w:trHeight w:val="340" w:hRule="atLeast"/>
        </w:trPr>
        <w:tc>
          <w:tcPr>
            <w:tcW w:type="dxa" w:w="4250"/>
            <w:tcMar>
              <w:top w:w="20" w:type="dxa"/>
              <w:start w:w="45" w:type="dxa"/>
              <w:bottom w:w="20" w:type="dxa"/>
              <w:end w:w="45" w:type="dxa"/>
            </w:tcMar>
            <w:gridSpan w:val="5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tel.: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phone:</w:t>
            </w:r>
          </w:p>
        </w:tc>
        <w:tc>
          <w:tcPr>
            <w:tcW w:type="dxa" w:w="5950"/>
            <w:tcMar>
              <w:top w:w="20" w:type="dxa"/>
              <w:start w:w="45" w:type="dxa"/>
              <w:bottom w:w="20" w:type="dxa"/>
              <w:end w:w="45" w:type="dxa"/>
            </w:tcMar>
            <w:gridSpan w:val="7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adres e-mail: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e-mail:</w:t>
            </w:r>
          </w:p>
        </w:tc>
      </w:tr>
      <w:tr>
        <w:trPr>
          <w:trHeight w:val="420" w:hRule="atLeast"/>
        </w:trPr>
        <w:tc>
          <w:tcPr>
            <w:tcW w:type="dxa" w:w="5100"/>
            <w:tcMar>
              <w:top w:w="20" w:type="dxa"/>
              <w:start w:w="45" w:type="dxa"/>
              <w:bottom w:w="20" w:type="dxa"/>
              <w:end w:w="45" w:type="dxa"/>
            </w:tcMar>
            <w:gridSpan w:val="6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miejscowość, data: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place and date:</w:t>
            </w:r>
          </w:p>
        </w:tc>
        <w:tc>
          <w:tcPr>
            <w:tcW w:type="dxa" w:w="5100"/>
            <w:tcMar>
              <w:top w:w="20" w:type="dxa"/>
              <w:start w:w="45" w:type="dxa"/>
              <w:bottom w:w="20" w:type="dxa"/>
              <w:end w:w="45" w:type="dxa"/>
            </w:tcMar>
            <w:gridSpan w:val="6"/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000000"/>
                <w:sz w:val="13"/>
              </w:rPr>
              <w:t>czytelny podpis kapitana:</w:t>
            </w:r>
            <w:r>
              <w:rPr>
                <w:rFonts w:ascii="Arial" w:hAnsi="Arial"/>
                <w:b w:val="0"/>
                <w:i/>
                <w:color w:val="000000"/>
                <w:sz w:val="13"/>
              </w:rPr>
              <w:br/>
              <w:t>captain's legible signature:</w:t>
            </w:r>
          </w:p>
        </w:tc>
      </w:tr>
    </w:tbl>
    <w:p>
      <w:pPr>
        <w:spacing w:before="0" w:after="0" w:line="216" w:lineRule="auto"/>
      </w:pPr>
      <w:r>
        <w:rPr>
          <w:rFonts w:ascii="Arial" w:hAnsi="Arial"/>
          <w:b w:val="0"/>
          <w:i/>
          <w:color w:val="000000"/>
          <w:sz w:val="12"/>
        </w:rPr>
        <w:t>*   jeżeli był prowadzony / if concerns</w:t>
      </w:r>
      <w:r>
        <w:br/>
      </w:r>
      <w:r>
        <w:rPr>
          <w:rFonts w:ascii="Arial" w:hAnsi="Arial"/>
          <w:b w:val="0"/>
          <w:i/>
          <w:color w:val="000000"/>
          <w:sz w:val="11"/>
        </w:rPr>
        <w:t>**  wymagane na podstawie § 4 pkt. 3 Rozporządzenia Ministra Sportu i Turystyki z dnia 9 kwietnia 2013 r. w sprawie uprawiania turystyki wodnej / required pursuant to § 4 point 3 of the Regulation of the Minister of Sport and Tourism of April 9, 2013 on water tourism (Journal of Laws of 2013, item 460, as amended)</w:t>
      </w:r>
    </w:p>
    <w:sectPr w:rsidR="00FC693F" w:rsidRPr="0006063C" w:rsidSect="00034616">
      <w:pgSz w:w="11906" w:h="16838"/>
      <w:pgMar w:top="425" w:right="709" w:bottom="3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Arial" w:hAnsi="Arial"/>
      <w:sz w:val="1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Opinia z rejsu PL-EN - Sailing Is Learning</dc:title>
  <dc:subject/>
  <dc:creator>Piotr Jurkowski - Sailing Is Learning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